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DE5F3" w14:textId="77777777" w:rsidR="002A3821" w:rsidRPr="008B7AA9" w:rsidRDefault="00BF0ED7">
      <w:pPr>
        <w:ind w:left="312"/>
      </w:pPr>
      <w:r w:rsidRPr="008B7AA9">
        <w:rPr>
          <w:b/>
          <w:sz w:val="22"/>
        </w:rPr>
        <w:t>Mateřská škola Sluníčko Praha 9— Újezd nad Lesy Čentická 2856 190 16 Praha 9— Újezd nad Lesy</w:t>
      </w:r>
    </w:p>
    <w:p w14:paraId="4F3B58B8" w14:textId="77777777" w:rsidR="002A3821" w:rsidRPr="008B7AA9" w:rsidRDefault="00BF0ED7">
      <w:pPr>
        <w:ind w:left="312"/>
      </w:pPr>
      <w:r w:rsidRPr="008B7AA9">
        <w:rPr>
          <w:b/>
          <w:sz w:val="22"/>
          <w:u w:val="single"/>
        </w:rPr>
        <w:t>IČO 75113961</w:t>
      </w:r>
    </w:p>
    <w:p w14:paraId="32C76296" w14:textId="77777777" w:rsidR="002A3821" w:rsidRPr="008B7AA9" w:rsidRDefault="00BF0ED7">
      <w:pPr>
        <w:ind w:left="312"/>
      </w:pPr>
      <w:r w:rsidRPr="008B7AA9">
        <w:rPr>
          <w:b/>
          <w:sz w:val="22"/>
          <w:u w:val="single"/>
        </w:rPr>
        <w:t>tel. 702159323</w:t>
      </w:r>
    </w:p>
    <w:p w14:paraId="261DE2DE" w14:textId="77777777" w:rsidR="002A3821" w:rsidRPr="008B7AA9" w:rsidRDefault="00BF0ED7">
      <w:pPr>
        <w:ind w:left="312"/>
      </w:pPr>
      <w:r w:rsidRPr="008B7AA9">
        <w:rPr>
          <w:b/>
          <w:sz w:val="22"/>
        </w:rPr>
        <w:t xml:space="preserve">e-mail: </w:t>
      </w:r>
      <w:r w:rsidRPr="008B7AA9">
        <w:rPr>
          <w:b/>
          <w:color w:val="366C78"/>
          <w:sz w:val="22"/>
          <w:u w:val="single"/>
        </w:rPr>
        <w:t>skolkapolesna@gmail.com</w:t>
      </w:r>
    </w:p>
    <w:p w14:paraId="63953856" w14:textId="77777777" w:rsidR="002A3821" w:rsidRPr="008B7AA9" w:rsidRDefault="002A3821"/>
    <w:p w14:paraId="6E9F2557" w14:textId="77777777" w:rsidR="002A3821" w:rsidRPr="008B7AA9" w:rsidRDefault="00BF0ED7">
      <w:pPr>
        <w:spacing w:after="200"/>
        <w:jc w:val="center"/>
      </w:pPr>
      <w:r w:rsidRPr="008B7AA9">
        <w:rPr>
          <w:b/>
          <w:sz w:val="30"/>
          <w:u w:val="single"/>
        </w:rPr>
        <w:t>POVĚŘENÍ K VYZVEDÁVÁNÍ DÍTĚTE</w:t>
      </w:r>
    </w:p>
    <w:p w14:paraId="6A685C3C" w14:textId="6C7AECBC" w:rsidR="002A3821" w:rsidRPr="008B7AA9" w:rsidRDefault="00BF0ED7">
      <w:pPr>
        <w:spacing w:after="200"/>
        <w:jc w:val="center"/>
      </w:pPr>
      <w:r w:rsidRPr="008B7AA9">
        <w:rPr>
          <w:b/>
          <w:sz w:val="28"/>
        </w:rPr>
        <w:t xml:space="preserve">z mateřské školy Sluníčko (dále jen MŠ) </w:t>
      </w:r>
      <w:r w:rsidRPr="008B7AA9">
        <w:rPr>
          <w:b/>
          <w:sz w:val="28"/>
        </w:rPr>
        <w:t>pro školní rok 202</w:t>
      </w:r>
      <w:r w:rsidR="008B7AA9" w:rsidRPr="008B7AA9">
        <w:rPr>
          <w:b/>
          <w:sz w:val="28"/>
        </w:rPr>
        <w:t>6</w:t>
      </w:r>
      <w:r w:rsidRPr="008B7AA9">
        <w:rPr>
          <w:b/>
          <w:sz w:val="28"/>
        </w:rPr>
        <w:t>/2</w:t>
      </w:r>
      <w:r w:rsidR="008B7AA9" w:rsidRPr="008B7AA9">
        <w:rPr>
          <w:b/>
          <w:sz w:val="28"/>
        </w:rPr>
        <w:t>7</w:t>
      </w:r>
    </w:p>
    <w:p w14:paraId="6F846070" w14:textId="3C045067" w:rsidR="008B7AA9" w:rsidRPr="008B7AA9" w:rsidRDefault="00BF0ED7">
      <w:r w:rsidRPr="008B7AA9">
        <w:t>Dítě:</w:t>
      </w:r>
    </w:p>
    <w:tbl>
      <w:tblPr>
        <w:tblW w:w="1046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3487"/>
        <w:gridCol w:w="3487"/>
      </w:tblGrid>
      <w:tr w:rsidR="002A3821" w:rsidRPr="008B7AA9" w14:paraId="45A0C00E" w14:textId="77777777">
        <w:trPr>
          <w:trHeight w:hRule="exact" w:val="329"/>
          <w:jc w:val="center"/>
        </w:trPr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FC2E8E1" w14:textId="0BA5F53D" w:rsidR="002A3821" w:rsidRPr="008B7AA9" w:rsidRDefault="008B7AA9">
            <w:r>
              <w:t>p</w:t>
            </w:r>
            <w:r w:rsidRPr="008B7AA9">
              <w:t>říjmení</w:t>
            </w:r>
          </w:p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36CF0CF" w14:textId="77777777" w:rsidR="002A3821" w:rsidRPr="008B7AA9" w:rsidRDefault="00BF0ED7">
            <w:r w:rsidRPr="008B7AA9">
              <w:t>jméno</w:t>
            </w:r>
          </w:p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55EEC6C" w14:textId="77777777" w:rsidR="002A3821" w:rsidRPr="008B7AA9" w:rsidRDefault="00BF0ED7">
            <w:r w:rsidRPr="008B7AA9">
              <w:t>datum narození</w:t>
            </w:r>
          </w:p>
        </w:tc>
      </w:tr>
      <w:tr w:rsidR="002A3821" w:rsidRPr="008B7AA9" w14:paraId="5FA77A7C" w14:textId="77777777">
        <w:trPr>
          <w:trHeight w:hRule="exact" w:val="408"/>
          <w:jc w:val="center"/>
        </w:trPr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2F4A43D" w14:textId="77777777" w:rsidR="002A3821" w:rsidRPr="008B7AA9" w:rsidRDefault="002A3821"/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E4D991E" w14:textId="77777777" w:rsidR="002A3821" w:rsidRPr="008B7AA9" w:rsidRDefault="002A3821"/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1F7EF63" w14:textId="77777777" w:rsidR="002A3821" w:rsidRPr="008B7AA9" w:rsidRDefault="002A3821"/>
        </w:tc>
      </w:tr>
    </w:tbl>
    <w:p w14:paraId="3932985F" w14:textId="77777777" w:rsidR="008B7AA9" w:rsidRPr="008B7AA9" w:rsidRDefault="008B7AA9"/>
    <w:p w14:paraId="3712D8DD" w14:textId="05A22A04" w:rsidR="002A3821" w:rsidRPr="008B7AA9" w:rsidRDefault="00BF0ED7">
      <w:r w:rsidRPr="008B7AA9">
        <w:t>My zákonní zástupci:</w:t>
      </w:r>
    </w:p>
    <w:tbl>
      <w:tblPr>
        <w:tblW w:w="1046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3487"/>
        <w:gridCol w:w="3487"/>
      </w:tblGrid>
      <w:tr w:rsidR="002A3821" w:rsidRPr="008B7AA9" w14:paraId="412C531A" w14:textId="77777777">
        <w:trPr>
          <w:trHeight w:hRule="exact" w:val="329"/>
          <w:jc w:val="center"/>
        </w:trPr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9166CC0" w14:textId="6486718F" w:rsidR="002A3821" w:rsidRPr="008B7AA9" w:rsidRDefault="008B7AA9">
            <w:r>
              <w:t>př</w:t>
            </w:r>
            <w:r w:rsidRPr="008B7AA9">
              <w:t>íjmení</w:t>
            </w:r>
          </w:p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C56F31E" w14:textId="77777777" w:rsidR="002A3821" w:rsidRPr="008B7AA9" w:rsidRDefault="00BF0ED7">
            <w:r w:rsidRPr="008B7AA9">
              <w:t>jméno</w:t>
            </w:r>
          </w:p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B998EB" w14:textId="77777777" w:rsidR="002A3821" w:rsidRPr="008B7AA9" w:rsidRDefault="00BF0ED7">
            <w:r w:rsidRPr="008B7AA9">
              <w:t>telefon</w:t>
            </w:r>
          </w:p>
        </w:tc>
      </w:tr>
      <w:tr w:rsidR="002A3821" w:rsidRPr="008B7AA9" w14:paraId="639FDA7D" w14:textId="77777777">
        <w:trPr>
          <w:trHeight w:hRule="exact" w:val="386"/>
          <w:jc w:val="center"/>
        </w:trPr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C7CDD37" w14:textId="77777777" w:rsidR="002A3821" w:rsidRPr="008B7AA9" w:rsidRDefault="002A3821"/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D3F7FD7" w14:textId="77777777" w:rsidR="002A3821" w:rsidRPr="008B7AA9" w:rsidRDefault="002A3821"/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818346B" w14:textId="77777777" w:rsidR="002A3821" w:rsidRPr="008B7AA9" w:rsidRDefault="002A3821"/>
        </w:tc>
      </w:tr>
      <w:tr w:rsidR="002A3821" w:rsidRPr="008B7AA9" w14:paraId="5656DCB3" w14:textId="77777777">
        <w:trPr>
          <w:trHeight w:hRule="exact" w:val="386"/>
          <w:jc w:val="center"/>
        </w:trPr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68DE3A7" w14:textId="77777777" w:rsidR="002A3821" w:rsidRPr="008B7AA9" w:rsidRDefault="002A3821"/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C6322E9" w14:textId="77777777" w:rsidR="002A3821" w:rsidRPr="008B7AA9" w:rsidRDefault="002A3821"/>
        </w:tc>
        <w:tc>
          <w:tcPr>
            <w:tcW w:w="3487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23F02AF" w14:textId="77777777" w:rsidR="002A3821" w:rsidRPr="008B7AA9" w:rsidRDefault="002A3821"/>
        </w:tc>
      </w:tr>
    </w:tbl>
    <w:p w14:paraId="12D130F6" w14:textId="77777777" w:rsidR="008B7AA9" w:rsidRDefault="008B7AA9">
      <w:pPr>
        <w:jc w:val="both"/>
        <w:rPr>
          <w:sz w:val="23"/>
        </w:rPr>
      </w:pPr>
    </w:p>
    <w:p w14:paraId="5D5D92CC" w14:textId="39627FE4" w:rsidR="002A3821" w:rsidRPr="008B7AA9" w:rsidRDefault="00BF0ED7">
      <w:pPr>
        <w:jc w:val="both"/>
      </w:pPr>
      <w:r w:rsidRPr="008B7AA9">
        <w:rPr>
          <w:sz w:val="23"/>
        </w:rPr>
        <w:t>na základě § 881, II. hl., pododdíl 3, zákona č. 89/2012 Sb. občanského zákoníku a § 5, odst. 1 vyhlášky</w:t>
      </w:r>
    </w:p>
    <w:p w14:paraId="69D578CB" w14:textId="77777777" w:rsidR="002A3821" w:rsidRPr="008B7AA9" w:rsidRDefault="00BF0ED7">
      <w:pPr>
        <w:jc w:val="both"/>
      </w:pPr>
      <w:r w:rsidRPr="008B7AA9">
        <w:rPr>
          <w:sz w:val="23"/>
        </w:rPr>
        <w:t>č. 14/2005 Sb. o předškolním vzdělávání pověřujeme následující osoby k vyzvedávání výše</w:t>
      </w:r>
    </w:p>
    <w:p w14:paraId="3D87F809" w14:textId="77777777" w:rsidR="002A3821" w:rsidRDefault="00BF0ED7">
      <w:pPr>
        <w:rPr>
          <w:sz w:val="23"/>
        </w:rPr>
      </w:pPr>
      <w:r w:rsidRPr="008B7AA9">
        <w:rPr>
          <w:sz w:val="23"/>
        </w:rPr>
        <w:t>uvedeného dítěte z MŠ:</w:t>
      </w:r>
    </w:p>
    <w:p w14:paraId="60063B93" w14:textId="77777777" w:rsidR="008B7AA9" w:rsidRPr="008B7AA9" w:rsidRDefault="008B7AA9"/>
    <w:tbl>
      <w:tblPr>
        <w:tblW w:w="1046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9"/>
        <w:gridCol w:w="2608"/>
        <w:gridCol w:w="2636"/>
        <w:gridCol w:w="2608"/>
      </w:tblGrid>
      <w:tr w:rsidR="002A3821" w:rsidRPr="008B7AA9" w14:paraId="21D482D9" w14:textId="77777777" w:rsidTr="008B7AA9">
        <w:trPr>
          <w:trHeight w:hRule="exact" w:val="329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4434784" w14:textId="231F47C0" w:rsidR="002A3821" w:rsidRPr="008B7AA9" w:rsidRDefault="008B7AA9">
            <w:r>
              <w:t>p</w:t>
            </w:r>
            <w:r w:rsidRPr="008B7AA9">
              <w:t>říjmení</w:t>
            </w:r>
          </w:p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41B490D" w14:textId="77777777" w:rsidR="002A3821" w:rsidRPr="008B7AA9" w:rsidRDefault="00BF0ED7">
            <w:r w:rsidRPr="008B7AA9">
              <w:t>jméno</w:t>
            </w:r>
          </w:p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CE571B" w14:textId="77777777" w:rsidR="002A3821" w:rsidRPr="008B7AA9" w:rsidRDefault="00BF0ED7">
            <w:r w:rsidRPr="008B7AA9">
              <w:t>rok narození</w:t>
            </w:r>
          </w:p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F0896A" w14:textId="77777777" w:rsidR="002A3821" w:rsidRPr="008B7AA9" w:rsidRDefault="00BF0ED7">
            <w:r w:rsidRPr="008B7AA9">
              <w:t>telefon (nepovinné)</w:t>
            </w:r>
          </w:p>
        </w:tc>
      </w:tr>
      <w:tr w:rsidR="002A3821" w:rsidRPr="008B7AA9" w14:paraId="57D6B46B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AC826A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5141691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EB28E79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3106A9B" w14:textId="77777777" w:rsidR="002A3821" w:rsidRPr="008B7AA9" w:rsidRDefault="002A3821"/>
        </w:tc>
      </w:tr>
      <w:tr w:rsidR="002A3821" w:rsidRPr="008B7AA9" w14:paraId="411F4BC1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2D44D4D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5A67A6A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B2D626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DCE5F00" w14:textId="77777777" w:rsidR="002A3821" w:rsidRPr="008B7AA9" w:rsidRDefault="002A3821"/>
        </w:tc>
      </w:tr>
      <w:tr w:rsidR="002A3821" w:rsidRPr="008B7AA9" w14:paraId="65A13561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8AA1343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B1DD9C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58F9592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069CB18" w14:textId="77777777" w:rsidR="002A3821" w:rsidRPr="008B7AA9" w:rsidRDefault="002A3821"/>
        </w:tc>
      </w:tr>
      <w:tr w:rsidR="002A3821" w:rsidRPr="008B7AA9" w14:paraId="3E8D2EC5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489A606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B32193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61BE5BB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493544" w14:textId="77777777" w:rsidR="002A3821" w:rsidRPr="008B7AA9" w:rsidRDefault="002A3821"/>
        </w:tc>
      </w:tr>
      <w:tr w:rsidR="002A3821" w:rsidRPr="008B7AA9" w14:paraId="13BA9C9E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94816D4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DA0A5FE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70CFF74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8B0DA7C" w14:textId="77777777" w:rsidR="002A3821" w:rsidRPr="008B7AA9" w:rsidRDefault="002A3821"/>
        </w:tc>
      </w:tr>
      <w:tr w:rsidR="002A3821" w:rsidRPr="008B7AA9" w14:paraId="0DCEB57E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9171D81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6D3E257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99EDC7B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E7D08FE" w14:textId="77777777" w:rsidR="002A3821" w:rsidRPr="008B7AA9" w:rsidRDefault="002A3821"/>
        </w:tc>
      </w:tr>
      <w:tr w:rsidR="002A3821" w:rsidRPr="008B7AA9" w14:paraId="2C3FEF98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15659C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5E7EC69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D6550B6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2D6246B" w14:textId="77777777" w:rsidR="002A3821" w:rsidRPr="008B7AA9" w:rsidRDefault="002A3821"/>
        </w:tc>
      </w:tr>
      <w:tr w:rsidR="008B7AA9" w:rsidRPr="008B7AA9" w14:paraId="2AADB311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44BC014" w14:textId="77777777" w:rsidR="008B7AA9" w:rsidRPr="008B7AA9" w:rsidRDefault="008B7AA9" w:rsidP="002773AA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147C42" w14:textId="77777777" w:rsidR="008B7AA9" w:rsidRPr="008B7AA9" w:rsidRDefault="008B7AA9" w:rsidP="002773AA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EFC446" w14:textId="77777777" w:rsidR="008B7AA9" w:rsidRPr="008B7AA9" w:rsidRDefault="008B7AA9" w:rsidP="002773AA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649722A" w14:textId="77777777" w:rsidR="008B7AA9" w:rsidRPr="008B7AA9" w:rsidRDefault="008B7AA9" w:rsidP="002773AA"/>
        </w:tc>
      </w:tr>
      <w:tr w:rsidR="008B7AA9" w:rsidRPr="008B7AA9" w14:paraId="23BD9B87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4BB5CAE" w14:textId="77777777" w:rsidR="008B7AA9" w:rsidRPr="008B7AA9" w:rsidRDefault="008B7AA9" w:rsidP="002773AA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2DF6052" w14:textId="77777777" w:rsidR="008B7AA9" w:rsidRPr="008B7AA9" w:rsidRDefault="008B7AA9" w:rsidP="002773AA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7EECD9" w14:textId="77777777" w:rsidR="008B7AA9" w:rsidRPr="008B7AA9" w:rsidRDefault="008B7AA9" w:rsidP="002773AA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6513079" w14:textId="77777777" w:rsidR="008B7AA9" w:rsidRPr="008B7AA9" w:rsidRDefault="008B7AA9" w:rsidP="002773AA"/>
        </w:tc>
      </w:tr>
      <w:tr w:rsidR="002A3821" w:rsidRPr="008B7AA9" w14:paraId="55823AD9" w14:textId="77777777" w:rsidTr="008B7AA9">
        <w:trPr>
          <w:trHeight w:hRule="exact" w:val="488"/>
          <w:jc w:val="center"/>
        </w:trPr>
        <w:tc>
          <w:tcPr>
            <w:tcW w:w="2609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BD76214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0DA542A" w14:textId="77777777" w:rsidR="002A3821" w:rsidRPr="008B7AA9" w:rsidRDefault="002A3821"/>
        </w:tc>
        <w:tc>
          <w:tcPr>
            <w:tcW w:w="2636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2DB79E4" w14:textId="77777777" w:rsidR="002A3821" w:rsidRPr="008B7AA9" w:rsidRDefault="002A3821"/>
        </w:tc>
        <w:tc>
          <w:tcPr>
            <w:tcW w:w="2608" w:type="dxa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8E0073B" w14:textId="77777777" w:rsidR="002A3821" w:rsidRPr="008B7AA9" w:rsidRDefault="002A3821"/>
        </w:tc>
      </w:tr>
    </w:tbl>
    <w:p w14:paraId="2CD6AFEE" w14:textId="77777777" w:rsidR="008B7AA9" w:rsidRDefault="008B7AA9">
      <w:pPr>
        <w:jc w:val="both"/>
        <w:rPr>
          <w:sz w:val="23"/>
        </w:rPr>
      </w:pPr>
    </w:p>
    <w:p w14:paraId="00187D90" w14:textId="6A287328" w:rsidR="002A3821" w:rsidRPr="008B7AA9" w:rsidRDefault="00BF0ED7">
      <w:pPr>
        <w:jc w:val="both"/>
      </w:pPr>
      <w:r w:rsidRPr="008B7AA9">
        <w:rPr>
          <w:sz w:val="23"/>
        </w:rPr>
        <w:t>Prohlašujeme, že všechny uvedené osoby, zejména pak osoby nezletilé, jsou plně způsobilé dítě</w:t>
      </w:r>
    </w:p>
    <w:p w14:paraId="4695B1E9" w14:textId="77777777" w:rsidR="002A3821" w:rsidRPr="008B7AA9" w:rsidRDefault="00BF0ED7">
      <w:pPr>
        <w:jc w:val="both"/>
      </w:pPr>
      <w:r w:rsidRPr="008B7AA9">
        <w:rPr>
          <w:sz w:val="23"/>
        </w:rPr>
        <w:t>převzít, postarat se o něj a nést za něj odpovědnost. Bereme na vědomí, že od okamžiku předání dítěte</w:t>
      </w:r>
    </w:p>
    <w:p w14:paraId="77D7251D" w14:textId="77777777" w:rsidR="002A3821" w:rsidRPr="008B7AA9" w:rsidRDefault="00BF0ED7">
      <w:pPr>
        <w:spacing w:after="40"/>
        <w:jc w:val="both"/>
      </w:pPr>
      <w:r w:rsidRPr="008B7AA9">
        <w:rPr>
          <w:sz w:val="23"/>
        </w:rPr>
        <w:t>některé z pověřených osob nenese MŠ za dítě žádnou právní odpovědnost.</w:t>
      </w:r>
    </w:p>
    <w:p w14:paraId="13B7BF7A" w14:textId="77777777" w:rsidR="002A3821" w:rsidRPr="008B7AA9" w:rsidRDefault="00BF0ED7">
      <w:pPr>
        <w:jc w:val="both"/>
      </w:pPr>
      <w:r w:rsidRPr="008B7AA9">
        <w:rPr>
          <w:sz w:val="23"/>
        </w:rPr>
        <w:t>Dále prohlašujeme, že jsme byli poučeni o možnosti změn v pověřených osobách, že pověření slouží</w:t>
      </w:r>
    </w:p>
    <w:p w14:paraId="0B395B34" w14:textId="77777777" w:rsidR="002A3821" w:rsidRPr="008B7AA9" w:rsidRDefault="00BF0ED7">
      <w:pPr>
        <w:jc w:val="both"/>
      </w:pPr>
      <w:r w:rsidRPr="008B7AA9">
        <w:rPr>
          <w:sz w:val="23"/>
        </w:rPr>
        <w:t>pouze pro interní potřeby MŠ a údaje v něm obsažené nejsou nikam předávány, že je platné po dobu</w:t>
      </w:r>
    </w:p>
    <w:p w14:paraId="326C8FFD" w14:textId="77777777" w:rsidR="002A3821" w:rsidRPr="008B7AA9" w:rsidRDefault="00BF0ED7">
      <w:pPr>
        <w:spacing w:after="200"/>
        <w:jc w:val="both"/>
      </w:pPr>
      <w:r w:rsidRPr="008B7AA9">
        <w:rPr>
          <w:sz w:val="23"/>
        </w:rPr>
        <w:t>příslušného školního roku a po jeho skončení je neprodleně skartováno.</w:t>
      </w:r>
    </w:p>
    <w:p w14:paraId="09DCBC4C" w14:textId="77777777" w:rsidR="002A3821" w:rsidRDefault="00BF0ED7">
      <w:pPr>
        <w:spacing w:after="280"/>
        <w:rPr>
          <w:sz w:val="23"/>
        </w:rPr>
      </w:pPr>
      <w:r w:rsidRPr="008B7AA9">
        <w:rPr>
          <w:sz w:val="23"/>
        </w:rPr>
        <w:t>Výše uvedené skutečnosti stvrzujeme svými podpisy:</w:t>
      </w:r>
    </w:p>
    <w:p w14:paraId="270FCCAC" w14:textId="77777777" w:rsidR="008B7AA9" w:rsidRPr="008B7AA9" w:rsidRDefault="008B7AA9" w:rsidP="008B7AA9">
      <w:pPr>
        <w:pStyle w:val="Bezmez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515"/>
        <w:gridCol w:w="3515"/>
      </w:tblGrid>
      <w:tr w:rsidR="002A3821" w:rsidRPr="008B7AA9" w14:paraId="1D8DE2A1" w14:textId="77777777">
        <w:trPr>
          <w:jc w:val="center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06BD9" w14:textId="77777777" w:rsidR="002A3821" w:rsidRPr="008B7AA9" w:rsidRDefault="00BF0ED7">
            <w:r w:rsidRPr="008B7AA9">
              <w:rPr>
                <w:sz w:val="23"/>
              </w:rPr>
              <w:t>V Praze dne: ………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6589" w14:textId="77777777" w:rsidR="002A3821" w:rsidRPr="008B7AA9" w:rsidRDefault="00BF0ED7">
            <w:pPr>
              <w:jc w:val="center"/>
            </w:pPr>
            <w:r w:rsidRPr="008B7AA9">
              <w:rPr>
                <w:sz w:val="22"/>
              </w:rPr>
              <w:t>__________________________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1FC6F" w14:textId="77777777" w:rsidR="002A3821" w:rsidRPr="008B7AA9" w:rsidRDefault="00BF0ED7">
            <w:pPr>
              <w:jc w:val="center"/>
            </w:pPr>
            <w:r w:rsidRPr="008B7AA9">
              <w:rPr>
                <w:sz w:val="22"/>
              </w:rPr>
              <w:t>__________________________</w:t>
            </w:r>
          </w:p>
        </w:tc>
      </w:tr>
    </w:tbl>
    <w:p w14:paraId="673BF139" w14:textId="77777777" w:rsidR="00BF3E4F" w:rsidRDefault="00BF3E4F"/>
    <w:sectPr w:rsidR="00BF3E4F" w:rsidSect="00034616">
      <w:pgSz w:w="11906" w:h="16838"/>
      <w:pgMar w:top="595" w:right="765" w:bottom="510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7551716">
    <w:abstractNumId w:val="8"/>
  </w:num>
  <w:num w:numId="2" w16cid:durableId="1697734514">
    <w:abstractNumId w:val="6"/>
  </w:num>
  <w:num w:numId="3" w16cid:durableId="1953198428">
    <w:abstractNumId w:val="5"/>
  </w:num>
  <w:num w:numId="4" w16cid:durableId="2097088020">
    <w:abstractNumId w:val="4"/>
  </w:num>
  <w:num w:numId="5" w16cid:durableId="308555377">
    <w:abstractNumId w:val="7"/>
  </w:num>
  <w:num w:numId="6" w16cid:durableId="765418544">
    <w:abstractNumId w:val="3"/>
  </w:num>
  <w:num w:numId="7" w16cid:durableId="353845904">
    <w:abstractNumId w:val="2"/>
  </w:num>
  <w:num w:numId="8" w16cid:durableId="180123323">
    <w:abstractNumId w:val="1"/>
  </w:num>
  <w:num w:numId="9" w16cid:durableId="109767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A2A"/>
    <w:rsid w:val="0029639D"/>
    <w:rsid w:val="002A3821"/>
    <w:rsid w:val="00326F90"/>
    <w:rsid w:val="003E2B11"/>
    <w:rsid w:val="008B7AA9"/>
    <w:rsid w:val="008C376E"/>
    <w:rsid w:val="00AA1D8D"/>
    <w:rsid w:val="00B47730"/>
    <w:rsid w:val="00B54D58"/>
    <w:rsid w:val="00BF0ED7"/>
    <w:rsid w:val="00BF3E4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1656B"/>
  <w14:defaultImageDpi w14:val="330"/>
  <w15:docId w15:val="{A9E915F3-1159-4846-9E56-C714AC92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1119</Characters>
  <Application>Microsoft Office Word</Application>
  <DocSecurity>0</DocSecurity>
  <Lines>93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Pověření k vyzvedávání dítěte</dc:title>
  <dc:subject/>
  <dc:creator/>
  <cp:keywords/>
  <dc:description/>
  <cp:lastModifiedBy>Lukáš Jelínek</cp:lastModifiedBy>
  <cp:revision>4</cp:revision>
  <dcterms:created xsi:type="dcterms:W3CDTF">2013-12-23T23:15:00Z</dcterms:created>
  <dcterms:modified xsi:type="dcterms:W3CDTF">2026-08-27T04:01:00Z</dcterms:modified>
  <cp:category/>
</cp:coreProperties>
</file>